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רגע של רוגע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שיטת עש״ן ד״ק להרגעה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להשתמש בשיטה כשמתרגשים או כועסים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שליטה עצמית לרוגע של 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שלבי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משחררים שרירים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נושמים לאט, לא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שכתוב באות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לרגע)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(משחררים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(נושמים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(אומרים אני בסדר)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1, 2,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לתאר רגש, ואז לבחור צעד אחד או יותר משיטת עש״ן ד״ק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מתוך 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מחנך,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הנשימה המודרכת בכיתה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כרטיסיות לכל אות כדי לחזק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אפשר לדלג על הפריטים המסומנים ולהתמקד בזיהוי הבסיסי של הצעדים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רגע של רוגע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כשאנחנו מתרגשים או כועסים, אפשר להשתמש בשיטה בשם עש״ן ד״ק כדי להירגע בכמה צעדים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נושמים  ·  שרירים  ·  עוצרים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שלבי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באות ע׳?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באות ש׳?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משחררים שרירים מכווצים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באות נ׳?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נושמים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נוסעים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נושכים ציפורניים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בשיטת עש״ן ד״ק נושמים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באות ש׳ משחררים שרירים מכווצים.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באות ע׳ __________ לרגע.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באות ש׳ משחררים __________ מכווצים.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באות נ׳ __________ לאט, 1 2 3.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נושמים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עוצרים לרגע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אומרים אני בסדר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משחררים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לאט 1, 2, 3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אני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 שרירים מכווצים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פעם שהרגשתם מתרגשים או כועסים. איך אפשר להשתמש בעש״ן ד״ק כדי להירגע?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באות ע׳ בשיטת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צעד אחד מהשיטה שעוזר לכם במיוחד.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רגע של רוגע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