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עש״ן ד״ק – רגע של רוגע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שיטת עש״ן ד״ק להרגעה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ואיך להשתמש בשיטה כשמתרגשים או כועסים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שליטה עצמית לרוגע של מנהיג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שלבי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משחררים שרירים מכווצים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נושמים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אומרים לעצמנו 'אני בסדר'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ממשיכים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נושמים לאט, לא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מה שכתוב באות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חלק מהשיטה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השיטה מיועדת לרגעי התרגשות או כעס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בשיטה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שרירים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אות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(עוצרים לרגע)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(משחררים שרירים)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(נושמים 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(אומרים אני בסדר)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(ממשיכים קדימה)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משחררים שרירים מכווצים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לאט 1, 2,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לעצמנו אני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לתאר רגש, ואז לבחור צעד אחד או יותר משיטת 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לקבל החלטות נכונות, לא לפעול מתוך כעס ולשמור על יחס מכבד לאחרים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 לרגע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מתוך חמשת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מבוגר שסומכים עליו כמו מחנך, יועצת או הורה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בפועל את הנשימה המודרכת בכיתה יחד עם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בתמונות או כרטיסיות לכל אות כדי לחזק את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חינוך מיוחד אפשר לדלג על הפריטים המסומנים ולהתמקד בזיהוי הבסיסי של הצעדים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עש״ן ד״ק – רגע של רוגע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לפעמים אנחנו כועסים או מתרגשים. יש שיטה בשם עש״ן ד״ק שעוזרת להירגע. בדף הזה נלמד את הצעדים שלה.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עוצרים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מפסיקים לרגע את מה שעושים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שרירים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חלקים בגוף שאפשר לכווץ ולשחרר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נשימה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לשאוף ולנשוף אוויר לאט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לומר לעצמנו משפט מרגיע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קדימה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להמשיך הלאה אחרי שנרגענו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מתרגש/ת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מרגיש/ה התרגשות חזקה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כועס/ת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מרגיש/ה כעס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מבוגר שסומכים עליו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גדול שעוזר, כמו מחנך או הורה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שלבי השיטה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באות 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צועקים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באות 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משחררים שרירים מכווצים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שותים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שוכבים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באות נ?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נושמים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נוסעים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נושכים ציפורניים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נוגעים בראש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באות 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דוחפים חפצים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אומרים לעצמנו 'אני בסדר'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דולגים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דופקים בדלת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באות 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ממשיכים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קופאים במקום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קוראים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קוטפים פרחים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בשיטת עש״ן ד״ק נושמים מהר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באות ש׳ משחררים שרירים מכווצים.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קשה מאוד, אפשר לפנות למבוגר שסומכים עליו.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השיטה מיועדת רק לשימוש כשכולם ישנים.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באות ד׳ אומרים לעצמנו משפט מרגיע כמו 'אני בסדר'.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באות ע׳ __________ לרגע.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באות ש׳ משחררים __________ מכווצים.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באות נ׳ __________ לאט, 1 2 3.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באות ד׳ אומרים לעצמנו: אני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באות ק׳ __________ הלאה.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אות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משחררים שרירים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ממשיכים קדימה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עוצרים לרגע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נושמים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אומרים אני בסדר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משחררים שרירים מכווצים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לעצמנו אני בסדר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קדימה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לרגע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 לאט 1, 2, 3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פעם שהרגשתם מתרגשים או כועסים. איך אפשר להשתמש בעש״ן ד״ק כדי להירגע?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שגם מנהיג ידע לשמור על רוגע ושליטה עצמית, בדיוק כמו בשיטת עש״ן ד״ק?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באות ע׳ בשיטת עש״ן ד״ק?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צעד אחד מהשיטה שעוזר לכם במיוחד.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אפשר לפנות כשקשה מאוד להירגע לבד?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עש״ן ד״ק – רגע של רוגע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