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שיטת עש״ן ד״ק להרגעה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להשתמש בשיטה כשמתרגשים או כועסים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שליטה עצמית לרוגע של 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אומרים לעצמנו 'אני בסדר'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נושמים לאט, לא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באות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מיועדת לרגעי התרגשות או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(אומרים אני בסדר)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(ממשיכים 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1, 2,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לתאר רגש, ואז לבחור צעד אחד או יותר משיטת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לקבל החלטות נכונות, לא לפעול מתוך כעס ולשמור על יחס מכבד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המודרכת בכיתה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כרטיסיות לכל אות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לדלג על הפריטים המסומנים ולהתמקד בזיהוי הבסיסי של 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כשאנחנו מתרגשים או כועסים, אפשר להשתמש בשיטה בשם עש״ן ד״ק כדי להירגע בכמה צעדים פשוטים.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שלבי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באות ע׳?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משחררים שרירים מכווצים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שוכבים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נושכים ציפורניים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נוגעים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באות ד׳?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דוחפים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לעצמנו 'אני בסדר'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דופקים בדלת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באות ק׳?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קופאים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קוטפים פרחים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 נושמים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 ש׳ משחררים שרירים מכווצים.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קשה מאוד, אפשר לפנות למבוגר שסומכים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מיועדת רק לשימוש כשכולם ישנים.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 ד׳ אומרים לעצמנו משפט מרגיע כמו 'אני בסדר'.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ע׳ __________ לרגע.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ש׳ משחררים __________ מכווצים.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נ׳ __________ לאט, 1 2 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ד׳ אומרים לעצמנו: אני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באות ק׳ __________ הלאה.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משחררים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אני בסדר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ממשיכים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לרגע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מכווצים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1, 2, 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שהרגשתם מתרגשים או כועסים. איך אפשר להשתמש בעש״ן ד״ק כדי להירגע?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שגם מנהיג ידע לשמור על רוגע ושליטה עצמית, בדיוק כמו בשיטת עש״ן ד״ק?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באות ע׳ בשיטת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צעד אחד מהשיטה שעוזר לכם במיוחד.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מאוד להירגע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רגע של רוגע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